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A660B" w14:textId="77777777" w:rsidR="00305F1D" w:rsidRDefault="008442C6">
      <w:pPr>
        <w:pStyle w:val="Heading1"/>
      </w:pPr>
      <w:r>
        <w:t>Integral Youth Services (IYS)</w:t>
      </w:r>
      <w:r>
        <w:br/>
        <w:t>Program Referral Follow-Up Form</w:t>
      </w:r>
    </w:p>
    <w:p w14:paraId="54E99BC5" w14:textId="77777777" w:rsidR="00305F1D" w:rsidRDefault="008442C6">
      <w:r>
        <w:t>This form is used to document referral outcomes and communicate follow-up information to referring partners for all IYS programs, including Transitional Living Program (TLP), Maternity Group Home (MGH), Youth Shelter, and Respite Care.</w:t>
      </w:r>
    </w:p>
    <w:p w14:paraId="2109C45D" w14:textId="77777777" w:rsidR="00305F1D" w:rsidRDefault="008442C6">
      <w:pPr>
        <w:pStyle w:val="Heading2"/>
      </w:pPr>
      <w:r>
        <w:t>Program &amp; Referral Information</w:t>
      </w:r>
    </w:p>
    <w:p w14:paraId="0EBED790" w14:textId="77777777" w:rsidR="00305F1D" w:rsidRDefault="008442C6">
      <w:r>
        <w:t>IYS Program Referred To (check one):</w:t>
      </w:r>
      <w:r>
        <w:br/>
        <w:t>☐ Transitional Living Program (TLP)</w:t>
      </w:r>
      <w:r>
        <w:br/>
        <w:t>☐ Maternity Group Home (MGH)</w:t>
      </w:r>
      <w:r>
        <w:br/>
        <w:t>☐ Youth Shelter</w:t>
      </w:r>
      <w:r>
        <w:br/>
        <w:t>☐ Respite Care</w:t>
      </w:r>
      <w:r>
        <w:br/>
        <w:t>☐ Other: ________________________________</w:t>
      </w:r>
      <w:r>
        <w:br/>
      </w:r>
      <w:r>
        <w:br/>
        <w:t>Date Referral Received: ________________________________</w:t>
      </w:r>
      <w:r>
        <w:br/>
        <w:t>Referring Organization: ________________________________</w:t>
      </w:r>
      <w:r>
        <w:br/>
        <w:t>Referring Staff Contact: ________________________________</w:t>
      </w:r>
      <w:r>
        <w:br/>
        <w:t>Phone / Email: ________________________________________</w:t>
      </w:r>
    </w:p>
    <w:p w14:paraId="4A60767E" w14:textId="77777777" w:rsidR="00305F1D" w:rsidRDefault="008442C6">
      <w:pPr>
        <w:pStyle w:val="Heading2"/>
      </w:pPr>
      <w:r>
        <w:t>Participant Information (as permitted)</w:t>
      </w:r>
    </w:p>
    <w:p w14:paraId="71AEAF0A" w14:textId="77777777" w:rsidR="00305F1D" w:rsidRDefault="008442C6">
      <w:r>
        <w:t>Participant Initials: ____________   Age: _______</w:t>
      </w:r>
      <w:r>
        <w:br/>
        <w:t>Parenting / Pregnancy Status (if applicable):</w:t>
      </w:r>
      <w:r>
        <w:br/>
        <w:t>☐ Pregnant   ☐ Parenting   ☐ Not Applicable</w:t>
      </w:r>
      <w:r>
        <w:br/>
        <w:t>Child Age(s) or Due Date (if applicable): ________________________________</w:t>
      </w:r>
    </w:p>
    <w:p w14:paraId="557E08B8" w14:textId="77777777" w:rsidR="00305F1D" w:rsidRDefault="008442C6">
      <w:pPr>
        <w:pStyle w:val="Heading2"/>
      </w:pPr>
      <w:r>
        <w:t>Referral Review Outcome</w:t>
      </w:r>
    </w:p>
    <w:p w14:paraId="5F215EDF" w14:textId="77777777" w:rsidR="00305F1D" w:rsidRDefault="008442C6">
      <w:r>
        <w:t>☐</w:t>
      </w:r>
      <w:r>
        <w:t xml:space="preserve"> Accepted – Participant meets eligibility and capacity is available</w:t>
      </w:r>
      <w:r>
        <w:br/>
        <w:t>☐ Accepted – Waitlisted (estimated follow-up date): ________________________</w:t>
      </w:r>
      <w:r>
        <w:br/>
        <w:t>☐ Not Accepted</w:t>
      </w:r>
    </w:p>
    <w:p w14:paraId="1E417DA9" w14:textId="77777777" w:rsidR="00305F1D" w:rsidRDefault="008442C6">
      <w:pPr>
        <w:pStyle w:val="Heading2"/>
      </w:pPr>
      <w:r>
        <w:t>Reason(s) Referral Was Not Accepted or Deferred (check all that apply)</w:t>
      </w:r>
    </w:p>
    <w:p w14:paraId="517E7E68" w14:textId="77777777" w:rsidR="00305F1D" w:rsidRDefault="008442C6">
      <w:r>
        <w:t>☐</w:t>
      </w:r>
      <w:r>
        <w:t xml:space="preserve"> Program at capacity</w:t>
      </w:r>
      <w:r>
        <w:br/>
        <w:t>☐ Does not meet age eligibility</w:t>
      </w:r>
      <w:r>
        <w:br/>
        <w:t>☐ Does not meet program-specific criteria</w:t>
      </w:r>
      <w:r>
        <w:br/>
        <w:t>☐ Safety or supervision needs exceed program scope</w:t>
      </w:r>
      <w:r>
        <w:br/>
        <w:t>☐ Medical or behavioral needs beyond program capacity</w:t>
      </w:r>
      <w:r>
        <w:br/>
        <w:t>☐ Participant declined services</w:t>
      </w:r>
      <w:r>
        <w:br/>
        <w:t>☐ Unable to contact participant</w:t>
      </w:r>
      <w:r>
        <w:br/>
      </w:r>
      <w:r>
        <w:lastRenderedPageBreak/>
        <w:t>☐ Incomplete referral information</w:t>
      </w:r>
      <w:r>
        <w:br/>
        <w:t>☐ Other (explain below)</w:t>
      </w:r>
    </w:p>
    <w:p w14:paraId="7CC43697" w14:textId="77777777" w:rsidR="00305F1D" w:rsidRDefault="008442C6">
      <w:pPr>
        <w:pStyle w:val="Heading2"/>
      </w:pPr>
      <w:r>
        <w:t>Additional Notes / Brief Explanation</w:t>
      </w:r>
    </w:p>
    <w:p w14:paraId="0E6F44C1" w14:textId="77777777" w:rsidR="00305F1D" w:rsidRDefault="008442C6">
      <w:r>
        <w:t>__________________________________________________________________________</w:t>
      </w:r>
      <w:r>
        <w:br/>
        <w:t>__________________________________________________________________________</w:t>
      </w:r>
      <w:r>
        <w:br/>
        <w:t>__________________________________________________________________________</w:t>
      </w:r>
    </w:p>
    <w:p w14:paraId="5DAD6A5E" w14:textId="77777777" w:rsidR="00305F1D" w:rsidRDefault="008442C6">
      <w:pPr>
        <w:pStyle w:val="Heading2"/>
      </w:pPr>
      <w:r>
        <w:t>Recommended Next Steps or Alternative Referrals</w:t>
      </w:r>
    </w:p>
    <w:p w14:paraId="60D67236" w14:textId="77777777" w:rsidR="00305F1D" w:rsidRDefault="008442C6">
      <w:r>
        <w:t>☐</w:t>
      </w:r>
      <w:r>
        <w:t xml:space="preserve"> Emergency shelter or crisis services</w:t>
      </w:r>
      <w:r>
        <w:br/>
        <w:t>☐ Alternative housing program</w:t>
      </w:r>
      <w:r>
        <w:br/>
        <w:t>☐ Case management / outreach support</w:t>
      </w:r>
      <w:r>
        <w:br/>
        <w:t>☐ Behavioral health or medical services</w:t>
      </w:r>
      <w:r>
        <w:br/>
        <w:t>☐ Parenting or family support services</w:t>
      </w:r>
      <w:r>
        <w:br/>
        <w:t>☐ Other: ________________________________________________</w:t>
      </w:r>
    </w:p>
    <w:p w14:paraId="1DE86832" w14:textId="77777777" w:rsidR="00305F1D" w:rsidRDefault="008442C6">
      <w:pPr>
        <w:pStyle w:val="Heading2"/>
      </w:pPr>
      <w:r>
        <w:t>Follow-Up Communication</w:t>
      </w:r>
    </w:p>
    <w:p w14:paraId="77F21330" w14:textId="77777777" w:rsidR="00305F1D" w:rsidRDefault="008442C6">
      <w:r>
        <w:t>Referring Partner Notified On: ____________________________</w:t>
      </w:r>
      <w:r>
        <w:br/>
        <w:t>Method: ☐ Phone ☐ Email ☐ Secure Message</w:t>
      </w:r>
      <w:r>
        <w:br/>
        <w:t>Staff Completing Form: ____________________________   Date: ______________</w:t>
      </w:r>
    </w:p>
    <w:sectPr w:rsidR="00305F1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45732459">
    <w:abstractNumId w:val="8"/>
  </w:num>
  <w:num w:numId="2" w16cid:durableId="1199318581">
    <w:abstractNumId w:val="6"/>
  </w:num>
  <w:num w:numId="3" w16cid:durableId="1055854941">
    <w:abstractNumId w:val="5"/>
  </w:num>
  <w:num w:numId="4" w16cid:durableId="510140754">
    <w:abstractNumId w:val="4"/>
  </w:num>
  <w:num w:numId="5" w16cid:durableId="1086727063">
    <w:abstractNumId w:val="7"/>
  </w:num>
  <w:num w:numId="6" w16cid:durableId="1530528266">
    <w:abstractNumId w:val="3"/>
  </w:num>
  <w:num w:numId="7" w16cid:durableId="100927510">
    <w:abstractNumId w:val="2"/>
  </w:num>
  <w:num w:numId="8" w16cid:durableId="64306925">
    <w:abstractNumId w:val="1"/>
  </w:num>
  <w:num w:numId="9" w16cid:durableId="92650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27FF"/>
    <w:rsid w:val="0029639D"/>
    <w:rsid w:val="00305F1D"/>
    <w:rsid w:val="00326F90"/>
    <w:rsid w:val="003C00DD"/>
    <w:rsid w:val="008442C6"/>
    <w:rsid w:val="009B0E46"/>
    <w:rsid w:val="00AA1D8D"/>
    <w:rsid w:val="00B47730"/>
    <w:rsid w:val="00CB0664"/>
    <w:rsid w:val="00D02F2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576450"/>
  <w14:defaultImageDpi w14:val="300"/>
  <w15:docId w15:val="{A4A7C0CE-65E4-4DB0-B7E2-1FC8A1D62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1949</Characters>
  <Application>Microsoft Office Word</Application>
  <DocSecurity>0</DocSecurity>
  <Lines>149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Courtney Shaw</cp:lastModifiedBy>
  <cp:revision>2</cp:revision>
  <dcterms:created xsi:type="dcterms:W3CDTF">2026-02-24T18:59:00Z</dcterms:created>
  <dcterms:modified xsi:type="dcterms:W3CDTF">2026-02-24T18:59:00Z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62451a69-ac80-4e17-a598-cf57c8d0ecec</vt:lpwstr>
  </property>
</Properties>
</file>